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6A72D5" w14:paraId="7A869635" w14:textId="77777777">
        <w:trPr>
          <w:jc w:val="center"/>
        </w:trPr>
        <w:tc>
          <w:tcPr>
            <w:tcW w:w="4933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68FFD260" w14:textId="77777777" w:rsidR="006A72D5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ARCHIDIECEZJA KRAKOWSKA</w:t>
            </w:r>
          </w:p>
          <w:p w14:paraId="39369D91" w14:textId="77777777" w:rsidR="006A72D5" w:rsidRDefault="00000000">
            <w:pPr>
              <w:spacing w:after="0"/>
            </w:pPr>
            <w:r>
              <w:rPr>
                <w:color w:val="666666"/>
                <w:sz w:val="14"/>
              </w:rPr>
              <w:t>KURIA METROPOLITALNA W KRAKOWIE</w:t>
            </w:r>
          </w:p>
        </w:tc>
        <w:tc>
          <w:tcPr>
            <w:tcW w:w="4933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7F47A4B4" w14:textId="77777777" w:rsidR="006A72D5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566D666E" wp14:editId="3DFF6706">
                  <wp:extent cx="792000" cy="81937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rest_dark_blu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819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3D6305" w14:textId="77777777" w:rsidR="006A72D5" w:rsidRDefault="00000000">
      <w:pPr>
        <w:spacing w:before="100" w:after="0"/>
      </w:pPr>
      <w:r>
        <w:rPr>
          <w:rFonts w:ascii="Georgia" w:hAnsi="Georgia"/>
          <w:b/>
          <w:color w:val="1F4E79"/>
          <w:sz w:val="36"/>
        </w:rPr>
        <w:t>Wniosek o nadanie Medalu</w:t>
      </w:r>
    </w:p>
    <w:p w14:paraId="060C82B9" w14:textId="77777777" w:rsidR="006A72D5" w:rsidRDefault="00000000">
      <w:pPr>
        <w:spacing w:after="40"/>
      </w:pPr>
      <w:r>
        <w:rPr>
          <w:rFonts w:ascii="Georgia" w:hAnsi="Georgia"/>
          <w:color w:val="666666"/>
          <w:sz w:val="21"/>
        </w:rPr>
        <w:t>św. Jana Pawła II za zasługi dla Archidiecezji Krakowskiej</w:t>
      </w:r>
    </w:p>
    <w:p w14:paraId="28FFA6C2" w14:textId="77777777" w:rsidR="006A72D5" w:rsidRDefault="00000000">
      <w:pPr>
        <w:spacing w:after="120"/>
      </w:pPr>
      <w:r>
        <w:rPr>
          <w:color w:val="B58B55"/>
          <w:sz w:val="16"/>
        </w:rPr>
        <w:t>────────────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6"/>
      </w:tblGrid>
      <w:tr w:rsidR="006A72D5" w14:paraId="7A75092A" w14:textId="77777777">
        <w:trPr>
          <w:trHeight w:val="396"/>
          <w:jc w:val="center"/>
        </w:trPr>
        <w:tc>
          <w:tcPr>
            <w:tcW w:w="9866" w:type="dxa"/>
            <w:tcBorders>
              <w:top w:val="single" w:sz="5" w:space="0" w:color="D6DCE2"/>
              <w:left w:val="single" w:sz="5" w:space="0" w:color="D6DCE2"/>
              <w:bottom w:val="single" w:sz="5" w:space="0" w:color="D6DCE2"/>
              <w:right w:val="single" w:sz="5" w:space="0" w:color="D6DCE2"/>
            </w:tcBorders>
            <w:vAlign w:val="center"/>
          </w:tcPr>
          <w:p w14:paraId="72AD391D" w14:textId="77777777" w:rsidR="006A72D5" w:rsidRDefault="00000000">
            <w:pPr>
              <w:spacing w:after="0"/>
            </w:pPr>
            <w:r>
              <w:rPr>
                <w:b/>
                <w:color w:val="1F4E79"/>
              </w:rPr>
              <w:t xml:space="preserve">Imię i Nazwisko wnioskującego  </w:t>
            </w:r>
            <w:sdt>
              <w:sdtPr>
                <w:alias w:val="Kliknij i wpisz"/>
                <w:tag w:val="wnioskujacy"/>
                <w:id w:val="273955998"/>
                <w:text/>
              </w:sdtPr>
              <w:sdtContent>
                <w:r>
                  <w:rPr>
                    <w:color w:val="1F4E79"/>
                  </w:rPr>
                  <w:t>Kliknij i wpisz</w:t>
                </w:r>
              </w:sdtContent>
            </w:sdt>
          </w:p>
        </w:tc>
      </w:tr>
    </w:tbl>
    <w:p w14:paraId="76ED8538" w14:textId="77777777" w:rsidR="006A72D5" w:rsidRDefault="006A72D5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6"/>
      </w:tblGrid>
      <w:tr w:rsidR="006A72D5" w14:paraId="12CCEBDF" w14:textId="77777777">
        <w:trPr>
          <w:trHeight w:val="396"/>
          <w:jc w:val="center"/>
        </w:trPr>
        <w:tc>
          <w:tcPr>
            <w:tcW w:w="9866" w:type="dxa"/>
            <w:tcBorders>
              <w:top w:val="single" w:sz="5" w:space="0" w:color="D6DCE2"/>
              <w:left w:val="single" w:sz="5" w:space="0" w:color="D6DCE2"/>
              <w:bottom w:val="single" w:sz="5" w:space="0" w:color="D6DCE2"/>
              <w:right w:val="single" w:sz="5" w:space="0" w:color="D6DCE2"/>
            </w:tcBorders>
            <w:vAlign w:val="center"/>
          </w:tcPr>
          <w:p w14:paraId="111CA404" w14:textId="77777777" w:rsidR="006A72D5" w:rsidRDefault="00000000">
            <w:pPr>
              <w:spacing w:after="0"/>
            </w:pPr>
            <w:r>
              <w:rPr>
                <w:b/>
                <w:color w:val="1F4E79"/>
              </w:rPr>
              <w:t xml:space="preserve">Parafia pw./jednostka organizacyjna  </w:t>
            </w:r>
            <w:sdt>
              <w:sdtPr>
                <w:alias w:val="Kliknij i wpisz"/>
                <w:tag w:val="parafia"/>
                <w:id w:val="546835185"/>
                <w:text/>
              </w:sdtPr>
              <w:sdtContent>
                <w:r>
                  <w:rPr>
                    <w:color w:val="1F4E79"/>
                  </w:rPr>
                  <w:t>Kliknij i wpisz</w:t>
                </w:r>
              </w:sdtContent>
            </w:sdt>
          </w:p>
        </w:tc>
      </w:tr>
    </w:tbl>
    <w:p w14:paraId="5A818940" w14:textId="77777777" w:rsidR="006A72D5" w:rsidRDefault="006A72D5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6"/>
      </w:tblGrid>
      <w:tr w:rsidR="006A72D5" w14:paraId="31974DDB" w14:textId="77777777">
        <w:trPr>
          <w:trHeight w:val="453"/>
          <w:jc w:val="center"/>
        </w:trPr>
        <w:tc>
          <w:tcPr>
            <w:tcW w:w="9866" w:type="dxa"/>
            <w:tcBorders>
              <w:top w:val="single" w:sz="5" w:space="0" w:color="D6DCE2"/>
              <w:left w:val="single" w:sz="5" w:space="0" w:color="D6DCE2"/>
              <w:bottom w:val="single" w:sz="5" w:space="0" w:color="D6DCE2"/>
              <w:right w:val="single" w:sz="5" w:space="0" w:color="D6DCE2"/>
            </w:tcBorders>
            <w:vAlign w:val="center"/>
          </w:tcPr>
          <w:p w14:paraId="367B41C7" w14:textId="77777777" w:rsidR="006A72D5" w:rsidRDefault="00000000">
            <w:pPr>
              <w:spacing w:after="0"/>
            </w:pPr>
            <w:r>
              <w:rPr>
                <w:b/>
                <w:color w:val="1F4E79"/>
              </w:rPr>
              <w:t xml:space="preserve">Adres  </w:t>
            </w:r>
            <w:sdt>
              <w:sdtPr>
                <w:alias w:val="Kliknij i wpisz"/>
                <w:tag w:val="adres"/>
                <w:id w:val="473347293"/>
                <w:text/>
              </w:sdtPr>
              <w:sdtContent>
                <w:r>
                  <w:rPr>
                    <w:color w:val="1F4E79"/>
                  </w:rPr>
                  <w:t>Kliknij i wpisz</w:t>
                </w:r>
              </w:sdtContent>
            </w:sdt>
          </w:p>
        </w:tc>
      </w:tr>
    </w:tbl>
    <w:p w14:paraId="149286E1" w14:textId="77777777" w:rsidR="006A72D5" w:rsidRDefault="006A72D5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6A72D5" w14:paraId="0218B1B5" w14:textId="77777777">
        <w:trPr>
          <w:jc w:val="center"/>
        </w:trPr>
        <w:tc>
          <w:tcPr>
            <w:tcW w:w="4933" w:type="dxa"/>
            <w:tcBorders>
              <w:top w:val="single" w:sz="5" w:space="0" w:color="D6DCE2"/>
              <w:left w:val="single" w:sz="5" w:space="0" w:color="D6DCE2"/>
              <w:bottom w:val="single" w:sz="5" w:space="0" w:color="D6DCE2"/>
              <w:right w:val="single" w:sz="5" w:space="0" w:color="D6DCE2"/>
            </w:tcBorders>
          </w:tcPr>
          <w:p w14:paraId="544D21AE" w14:textId="77777777" w:rsidR="006A72D5" w:rsidRDefault="00000000">
            <w:r>
              <w:rPr>
                <w:b/>
                <w:color w:val="1F4E79"/>
              </w:rPr>
              <w:t xml:space="preserve">Miejscowość  </w:t>
            </w:r>
            <w:sdt>
              <w:sdtPr>
                <w:alias w:val="Kliknij i wpisz"/>
                <w:tag w:val="miejscowosc"/>
                <w:id w:val="1658111369"/>
                <w:text/>
              </w:sdtPr>
              <w:sdtContent>
                <w:r>
                  <w:rPr>
                    <w:color w:val="1F4E79"/>
                  </w:rPr>
                  <w:t>Kliknij i wpisz</w:t>
                </w:r>
              </w:sdtContent>
            </w:sdt>
          </w:p>
        </w:tc>
        <w:tc>
          <w:tcPr>
            <w:tcW w:w="4933" w:type="dxa"/>
            <w:tcBorders>
              <w:top w:val="single" w:sz="5" w:space="0" w:color="D6DCE2"/>
              <w:left w:val="single" w:sz="5" w:space="0" w:color="D6DCE2"/>
              <w:bottom w:val="single" w:sz="5" w:space="0" w:color="D6DCE2"/>
              <w:right w:val="single" w:sz="5" w:space="0" w:color="D6DCE2"/>
            </w:tcBorders>
          </w:tcPr>
          <w:p w14:paraId="2E11F60A" w14:textId="77777777" w:rsidR="006A72D5" w:rsidRDefault="00000000">
            <w:r>
              <w:rPr>
                <w:b/>
                <w:color w:val="1F4E79"/>
              </w:rPr>
              <w:t xml:space="preserve">Data  </w:t>
            </w:r>
            <w:sdt>
              <w:sdtPr>
                <w:alias w:val="Kliknij i wpisz"/>
                <w:tag w:val="data"/>
                <w:id w:val="1418021395"/>
                <w:text/>
              </w:sdtPr>
              <w:sdtContent>
                <w:r>
                  <w:rPr>
                    <w:color w:val="1F4E79"/>
                  </w:rPr>
                  <w:t>Kliknij i wpisz</w:t>
                </w:r>
              </w:sdtContent>
            </w:sdt>
          </w:p>
        </w:tc>
      </w:tr>
    </w:tbl>
    <w:p w14:paraId="08661897" w14:textId="77777777" w:rsidR="006A72D5" w:rsidRDefault="006A72D5">
      <w:pPr>
        <w:spacing w:after="40"/>
      </w:pPr>
    </w:p>
    <w:p w14:paraId="4FCA164C" w14:textId="77777777" w:rsidR="006A72D5" w:rsidRDefault="00000000">
      <w:pPr>
        <w:spacing w:before="40" w:after="40"/>
      </w:pPr>
      <w:r>
        <w:rPr>
          <w:b/>
          <w:color w:val="1F4E79"/>
        </w:rPr>
        <w:t>dot.: odznaczenia medalem św. Jana Pawła II za zasługi dla Archidiecezji Krakowskiej</w:t>
      </w:r>
    </w:p>
    <w:p w14:paraId="16C65059" w14:textId="77777777" w:rsidR="006A72D5" w:rsidRDefault="00000000">
      <w:pPr>
        <w:spacing w:after="80"/>
      </w:pPr>
      <w:r>
        <w:rPr>
          <w:color w:val="666666"/>
          <w:sz w:val="17"/>
        </w:rPr>
        <w:t>Należy zaznaczyć jaki medal:</w:t>
      </w:r>
    </w:p>
    <w:p w14:paraId="51051C5B" w14:textId="77777777" w:rsidR="006A72D5" w:rsidRDefault="00000000">
      <w:pPr>
        <w:spacing w:after="120"/>
      </w:pPr>
      <w:sdt>
        <w:sdtPr>
          <w:alias w:val="brązowy"/>
          <w:tag w:val="medal_brazowy"/>
          <w:id w:val="1228757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brązowy    </w:t>
      </w:r>
      <w:sdt>
        <w:sdtPr>
          <w:alias w:val="srebrny"/>
          <w:tag w:val="medal_srebrny"/>
          <w:id w:val="1392181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srebrny    </w:t>
      </w:r>
      <w:sdt>
        <w:sdtPr>
          <w:alias w:val="złoty"/>
          <w:tag w:val="medal_zloty"/>
          <w:id w:val="743695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złoty    </w:t>
      </w:r>
    </w:p>
    <w:p w14:paraId="4C1DA779" w14:textId="77777777" w:rsidR="006A72D5" w:rsidRDefault="00000000">
      <w:pPr>
        <w:spacing w:after="120"/>
      </w:pPr>
      <w:r>
        <w:rPr>
          <w:rFonts w:ascii="Georgia" w:hAnsi="Georgia"/>
          <w:color w:val="1F4E79"/>
          <w:sz w:val="23"/>
        </w:rPr>
        <w:t>Najdostojniejszy Księże Kardynale,</w:t>
      </w:r>
    </w:p>
    <w:p w14:paraId="28AEB3AF" w14:textId="77777777" w:rsidR="006A72D5" w:rsidRDefault="00000000">
      <w:pPr>
        <w:spacing w:after="80"/>
      </w:pPr>
      <w:r>
        <w:t xml:space="preserve">zwracam się z serdeczną prośbą o przyznanie medalu św. Jana Pawła II za zasługi dla Archidiecezji Krakowskiej dla pani (pana) </w:t>
      </w:r>
      <w:sdt>
        <w:sdtPr>
          <w:alias w:val="imię i nazwisko kandydata"/>
          <w:tag w:val="kandydat"/>
          <w:id w:val="1576406758"/>
          <w:text/>
        </w:sdtPr>
        <w:sdtContent>
          <w:r>
            <w:rPr>
              <w:color w:val="1F4E79"/>
            </w:rPr>
            <w:t>imię i nazwisko kandydata</w:t>
          </w:r>
        </w:sdtContent>
      </w:sdt>
      <w:r>
        <w:t>. Prośbą swą motywuję następująco.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6"/>
      </w:tblGrid>
      <w:tr w:rsidR="006A72D5" w14:paraId="3D9D443E" w14:textId="77777777">
        <w:trPr>
          <w:trHeight w:val="2551"/>
          <w:jc w:val="center"/>
        </w:trPr>
        <w:tc>
          <w:tcPr>
            <w:tcW w:w="9866" w:type="dxa"/>
            <w:tcBorders>
              <w:top w:val="single" w:sz="6" w:space="0" w:color="BFC9D4"/>
              <w:left w:val="single" w:sz="6" w:space="0" w:color="BFC9D4"/>
              <w:bottom w:val="single" w:sz="6" w:space="0" w:color="BFC9D4"/>
              <w:right w:val="single" w:sz="6" w:space="0" w:color="BFC9D4"/>
            </w:tcBorders>
          </w:tcPr>
          <w:p w14:paraId="51301B89" w14:textId="77777777" w:rsidR="006A72D5" w:rsidRDefault="00000000">
            <w:pPr>
              <w:spacing w:after="0"/>
            </w:pPr>
            <w:sdt>
              <w:sdtPr>
                <w:alias w:val="Wpisz motywację (zalecane ok. 5 zdań)"/>
                <w:tag w:val="motywacja"/>
                <w:id w:val="928218339"/>
                <w:text w:multiLine="1"/>
              </w:sdtPr>
              <w:sdtContent>
                <w:r>
                  <w:rPr>
                    <w:color w:val="1F4E79"/>
                  </w:rPr>
                  <w:t>Wpisz motywację (zalecane ok. 5 zdań)</w:t>
                </w:r>
              </w:sdtContent>
            </w:sdt>
          </w:p>
        </w:tc>
      </w:tr>
    </w:tbl>
    <w:p w14:paraId="554FC076" w14:textId="77777777" w:rsidR="006A72D5" w:rsidRDefault="006A72D5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6A72D5" w14:paraId="76542CBB" w14:textId="77777777">
        <w:trPr>
          <w:jc w:val="center"/>
        </w:trPr>
        <w:tc>
          <w:tcPr>
            <w:tcW w:w="4933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6F9742B6" w14:textId="77777777" w:rsidR="006A72D5" w:rsidRDefault="00000000">
            <w:r>
              <w:rPr>
                <w:color w:val="666666"/>
                <w:sz w:val="16"/>
              </w:rPr>
              <w:t>Pieczątka parafii</w:t>
            </w:r>
          </w:p>
        </w:tc>
        <w:tc>
          <w:tcPr>
            <w:tcW w:w="4933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8E723C6" w14:textId="77777777" w:rsidR="006A72D5" w:rsidRDefault="00000000">
            <w:pPr>
              <w:jc w:val="right"/>
            </w:pPr>
            <w:r>
              <w:rPr>
                <w:b/>
                <w:color w:val="1F4E79"/>
                <w:sz w:val="18"/>
              </w:rPr>
              <w:t>Z oddaniem i prośbą o błogosławieństwo</w:t>
            </w:r>
          </w:p>
        </w:tc>
      </w:tr>
    </w:tbl>
    <w:p w14:paraId="1644FEEB" w14:textId="77777777" w:rsidR="006A72D5" w:rsidRDefault="00000000">
      <w:pPr>
        <w:spacing w:after="0"/>
        <w:jc w:val="right"/>
      </w:pPr>
      <w:r>
        <w:rPr>
          <w:b/>
          <w:sz w:val="17"/>
        </w:rPr>
        <w:t>Jego Eminencja Ks. Kardynał Grzegorz Ryś</w:t>
      </w:r>
    </w:p>
    <w:p w14:paraId="6FF42FF2" w14:textId="77777777" w:rsidR="006A72D5" w:rsidRDefault="00000000">
      <w:pPr>
        <w:spacing w:after="0"/>
        <w:jc w:val="right"/>
      </w:pPr>
      <w:r>
        <w:rPr>
          <w:b/>
          <w:sz w:val="17"/>
        </w:rPr>
        <w:t>Arcybiskup Metropolita Krakowski</w:t>
      </w:r>
    </w:p>
    <w:p w14:paraId="05E0480F" w14:textId="77777777" w:rsidR="006A72D5" w:rsidRDefault="00000000">
      <w:pPr>
        <w:spacing w:after="0"/>
        <w:jc w:val="right"/>
      </w:pPr>
      <w:r>
        <w:rPr>
          <w:sz w:val="17"/>
        </w:rPr>
        <w:t>ul. Franciszkańska 3</w:t>
      </w:r>
    </w:p>
    <w:p w14:paraId="08392592" w14:textId="77777777" w:rsidR="006A72D5" w:rsidRDefault="00000000">
      <w:pPr>
        <w:spacing w:after="0"/>
        <w:jc w:val="right"/>
      </w:pPr>
      <w:r>
        <w:rPr>
          <w:sz w:val="17"/>
        </w:rPr>
        <w:t>31-004 Kraków</w:t>
      </w:r>
    </w:p>
    <w:p w14:paraId="1362F569" w14:textId="77777777" w:rsidR="006A72D5" w:rsidRDefault="00000000">
      <w:pPr>
        <w:spacing w:before="100" w:after="0"/>
      </w:pPr>
      <w:r>
        <w:rPr>
          <w:color w:val="666666"/>
          <w:sz w:val="13"/>
        </w:rPr>
        <w:t>1 Wysyłamy pdf na adres: bp.mastalski@diecezja.krakow.pl</w:t>
      </w:r>
      <w:r>
        <w:rPr>
          <w:color w:val="666666"/>
          <w:sz w:val="13"/>
        </w:rPr>
        <w:br/>
        <w:t>2 Zachowujemy gradację: zaczynamy od brązowego medalu, w następnych latach srebrnego, a na końcu złotego</w:t>
      </w:r>
      <w:r>
        <w:rPr>
          <w:color w:val="666666"/>
          <w:sz w:val="13"/>
        </w:rPr>
        <w:br/>
        <w:t>3 Dla każdej osoby oddzielne pismo.</w:t>
      </w:r>
      <w:r>
        <w:rPr>
          <w:color w:val="666666"/>
          <w:sz w:val="13"/>
        </w:rPr>
        <w:br/>
      </w:r>
    </w:p>
    <w:sectPr w:rsidR="006A72D5" w:rsidSect="00034616">
      <w:footerReference w:type="default" r:id="rId9"/>
      <w:pgSz w:w="11906" w:h="16838"/>
      <w:pgMar w:top="680" w:right="1020" w:bottom="68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D607A1" w14:textId="77777777" w:rsidR="00685988" w:rsidRDefault="00685988">
      <w:pPr>
        <w:spacing w:after="0" w:line="240" w:lineRule="auto"/>
      </w:pPr>
      <w:r>
        <w:separator/>
      </w:r>
    </w:p>
  </w:endnote>
  <w:endnote w:type="continuationSeparator" w:id="0">
    <w:p w14:paraId="41006E87" w14:textId="77777777" w:rsidR="00685988" w:rsidRDefault="00685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76C42F" w14:textId="77777777" w:rsidR="006A72D5" w:rsidRDefault="00000000">
    <w:pPr>
      <w:pStyle w:val="Stopka"/>
    </w:pPr>
    <w:proofErr w:type="spellStart"/>
    <w:r>
      <w:rPr>
        <w:color w:val="666666"/>
        <w:sz w:val="14"/>
      </w:rPr>
      <w:t>Wniosek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2BD4BB" w14:textId="77777777" w:rsidR="00685988" w:rsidRDefault="00685988">
      <w:pPr>
        <w:spacing w:after="0" w:line="240" w:lineRule="auto"/>
      </w:pPr>
      <w:r>
        <w:separator/>
      </w:r>
    </w:p>
  </w:footnote>
  <w:footnote w:type="continuationSeparator" w:id="0">
    <w:p w14:paraId="05936A9B" w14:textId="77777777" w:rsidR="00685988" w:rsidRDefault="00685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788125">
    <w:abstractNumId w:val="8"/>
  </w:num>
  <w:num w:numId="2" w16cid:durableId="1126972888">
    <w:abstractNumId w:val="6"/>
  </w:num>
  <w:num w:numId="3" w16cid:durableId="1763574626">
    <w:abstractNumId w:val="5"/>
  </w:num>
  <w:num w:numId="4" w16cid:durableId="1005715471">
    <w:abstractNumId w:val="4"/>
  </w:num>
  <w:num w:numId="5" w16cid:durableId="1038773585">
    <w:abstractNumId w:val="7"/>
  </w:num>
  <w:num w:numId="6" w16cid:durableId="1576821453">
    <w:abstractNumId w:val="3"/>
  </w:num>
  <w:num w:numId="7" w16cid:durableId="1153641726">
    <w:abstractNumId w:val="2"/>
  </w:num>
  <w:num w:numId="8" w16cid:durableId="473522226">
    <w:abstractNumId w:val="1"/>
  </w:num>
  <w:num w:numId="9" w16cid:durableId="8922350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85988"/>
    <w:rsid w:val="006A72D5"/>
    <w:rsid w:val="00AA1D8D"/>
    <w:rsid w:val="00B47730"/>
    <w:rsid w:val="00CB0664"/>
    <w:rsid w:val="00D172DF"/>
    <w:rsid w:val="00FC693F"/>
    <w:rsid w:val="00FD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3F753D"/>
  <w14:defaultImageDpi w14:val="300"/>
  <w15:docId w15:val="{69FE1ADF-DF80-FF42-A763-9B09FB8BE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Zając</cp:lastModifiedBy>
  <cp:revision>2</cp:revision>
  <dcterms:created xsi:type="dcterms:W3CDTF">2026-09-19T13:41:00Z</dcterms:created>
  <dcterms:modified xsi:type="dcterms:W3CDTF">2026-09-19T13:41:00Z</dcterms:modified>
  <cp:category/>
</cp:coreProperties>
</file>